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• פְּרָקִים יח-נ • וַיֵּרָא – וַיְחִי • כִּתָּה ב'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בִּרְכַּת הַבָּנִים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9 • בְּרֵאשִׁית פֶּרֶק מ"ח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יַעֲקֹב מְבָרֵךְ אֶת בְּנֵי יוֹסֵף, אֶפְרַיִם וּמְנַשֶּׁה, וְאֶת בָּנָיו לִפְנֵי מוֹתוֹ.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יְבָרֵךְ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אֱלֹהִים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כְּאֶפְרַיִם וְכִמְנַשֶּׁה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בְּךָ ____________ יִשְׂרָאֵל לֵאמֹר: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יְשִׂמְךָ ____________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מח, כ)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6E4828" w:space="0"/>
                <w:left w:val="single" w:sz="6" w:color="6E4828" w:space="0"/>
                <w:bottom w:val="single" w:sz="6" w:color="6E4828" w:space="0"/>
                <w:right w:val="single" w:sz="6" w:color="6E4828" w:space="0"/>
                <w:insideH w:val="single" w:sz="6" w:color="6E4828" w:space="0"/>
                <w:insideV w:val="single" w:sz="6" w:color="6E4828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בְּרָכָה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מִלִּים טוֹבוֹת לְהַצְלָחָה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אֶפְרַיִם וּמְנַשֶּׁה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בְּנֵי יוֹסֵף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נֶפֶשׁ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הַחַיִּים שֶׁבָּנוּ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יַעֲקֹב בֵּרַךְ אֶת אֶפְרַיִם וּמְנַשֶּׁה.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יַעֲקֹב לֹא בֵּרַךְ אֶת בָּנָיו.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מְבָרְכִים בְּנֵי יִשְׂרָאֵל: "יְשִׂמְךָ אֱלֹהִים כְּאֶפְרַיִם וְכִמְנַשֶּׁה".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