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בִּרְכַּת הַבָּנִים</w:t>
      </w:r>
    </w:p>
    <w:tbl>
      <w:tblPr>
        <w:bidiVisual/>
        <w:tblW w:type="auto" w:w="0"/>
        <w:jc w:val="right"/>
        <w:tblBorders>
          <w:top w:val="single" w:sz="4" w:color="6E4828" w:space="0"/>
          <w:left w:val="single" w:sz="4" w:color="6E4828" w:space="0"/>
          <w:bottom w:val="single" w:sz="4" w:color="6E4828" w:space="0"/>
          <w:right w:val="single" w:sz="4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6E4828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9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אֶת מִי בֵּרַךְ יַעֲקֹב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מַכִּיר אֶת נֹוסַח הַבְּרָכָה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יְבָרֵךְ ← אֱלֹהִים ← כְּאֶפְרַיִם וְכִמְנַשֶּׁה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בְּרָכָה – מִלִּים טוֹבוֹת לְהַצְלָחָה ; אֶפְרַיִם וּמְנַשֶּׁה – בְּנֵי יוֹסֵף ; נֶפֶשׁ – הַחַיִּים שֶׁבָּנוּ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