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Alef" w:hAnsi="Alef" w:cs="Alef" w:eastAsia="Alef"/>
          <w:b/>
          <w:bCs/>
          <w:color w:val="555555"/>
          <w:sz w:val="22"/>
          <w:szCs w:val="2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B2C6F"/>
              <w:left w:val="single" w:sz="8" w:space="0" w:color="5B2C6F"/>
              <w:bottom w:val="single" w:sz="8" w:space="0" w:color="5B2C6F"/>
              <w:right w:val="single" w:sz="8" w:space="0" w:color="5B2C6F"/>
            </w:tcBorders>
            <w:shd w:val="clear" w:color="auto" w:fill="5B2C6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34"/>
                <w:szCs w:val="34"/>
                <w:rtl/>
              </w:rPr>
              <w:t>סֵפֶר יְהוֹשׁוּעַ · עֶשֶׂר יְחִידוֹת · כִּתָּה ב'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Noto Serif Hebrew" w:hAnsi="Noto Serif Hebrew" w:cs="Noto Serif Hebrew" w:eastAsia="Noto Serif Hebrew"/>
          <w:b/>
          <w:bCs/>
          <w:color w:val="8E44AD"/>
          <w:sz w:val="52"/>
          <w:szCs w:val="52"/>
          <w:rtl/>
        </w:rPr>
        <w:t>דַּפֵּי צְבִיעָה</w:t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Alef" w:hAnsi="Alef" w:cs="Alef" w:eastAsia="Alef"/>
          <w:color w:val="555555"/>
          <w:sz w:val="32"/>
          <w:szCs w:val="32"/>
          <w:rtl/>
        </w:rPr>
        <w:t>צִבְעוּ אֶת הַתְּמוּנָה וְקִרְאוּ אֶת הַפָּסוּק שֶׁמְּתָאֵר אוֹתָהּ.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6C3483"/>
              <w:left w:val="single" w:sz="8" w:space="0" w:color="6C3483"/>
              <w:bottom w:val="single" w:sz="8" w:space="0" w:color="6C3483"/>
              <w:right w:val="single" w:sz="8" w:space="0" w:color="6C3483"/>
            </w:tcBorders>
            <w:shd w:val="clear" w:color="auto" w:fill="6C3483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חֲזַק וֶאֱמָץ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חֲזַק וֶאֱמָץ אַל־תַּעֲרֹץ וְאַל־תֵּחָת כִּי עִמְּךָ ה' אֱלֹהֶיךָ בְּכֹל אֲשֶׁר תֵּלֵךְ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א, ט)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741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1_170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4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6C3483"/>
              <w:left w:val="single" w:sz="8" w:space="0" w:color="6C3483"/>
              <w:bottom w:val="single" w:sz="8" w:space="0" w:color="6C3483"/>
              <w:right w:val="single" w:sz="8" w:space="0" w:color="6C3483"/>
            </w:tcBorders>
            <w:shd w:val="clear" w:color="auto" w:fill="6C3483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חֲזַק וֶאֱמָץ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וְהָגִיתָ בּוֹ יוֹמָם וָלַיְלָה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א, ח)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c4_170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E5109"/>
              <w:left w:val="single" w:sz="8" w:space="0" w:color="7E5109"/>
              <w:bottom w:val="single" w:sz="8" w:space="0" w:color="7E5109"/>
              <w:right w:val="single" w:sz="8" w:space="0" w:color="7E5109"/>
            </w:tcBorders>
            <w:shd w:val="clear" w:color="auto" w:fill="7E510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הַמְרַגְּלִים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לְכוּ רְאוּ אֶת־הָאָרֶץ וְאֶת־יְרִיחוֹ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ב, 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28246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2_170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2824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E5109"/>
              <w:left w:val="single" w:sz="8" w:space="0" w:color="7E5109"/>
              <w:bottom w:val="single" w:sz="8" w:space="0" w:color="7E5109"/>
              <w:right w:val="single" w:sz="8" w:space="0" w:color="7E5109"/>
            </w:tcBorders>
            <w:shd w:val="clear" w:color="auto" w:fill="7E510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הַמְרַגְּלִים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וַיָּשֻׁבוּ שְׁנֵי הָאֲנָשִׁים וַיֵּרְדוּ מֵהָהָר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ב, כג)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774562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pies_170_None_Fals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74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17A65"/>
              <w:left w:val="single" w:sz="8" w:space="0" w:color="117A65"/>
              <w:bottom w:val="single" w:sz="8" w:space="0" w:color="117A65"/>
              <w:right w:val="single" w:sz="8" w:space="0" w:color="117A65"/>
            </w:tcBorders>
            <w:shd w:val="clear" w:color="auto" w:fill="117A6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עוֹבְרִים אֶת הַיַּרְדֵּן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וְכׇל־יִשְׂרָאֵל עֹבְרִים בֶּחָרָבָה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ג, יז)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7854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3_170_None_Fals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85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17A65"/>
              <w:left w:val="single" w:sz="8" w:space="0" w:color="117A65"/>
              <w:bottom w:val="single" w:sz="8" w:space="0" w:color="117A65"/>
              <w:right w:val="single" w:sz="8" w:space="0" w:color="117A65"/>
            </w:tcBorders>
            <w:shd w:val="clear" w:color="auto" w:fill="117A6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עוֹבְרִים אֶת הַיַּרְדֵּן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מָה הָאֲבָנִים הָאֵלֶּה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ד, כא)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8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c2_170_None_Fals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96F3D"/>
              <w:left w:val="single" w:sz="8" w:space="0" w:color="196F3D"/>
              <w:bottom w:val="single" w:sz="8" w:space="0" w:color="196F3D"/>
              <w:right w:val="single" w:sz="8" w:space="0" w:color="196F3D"/>
            </w:tcBorders>
            <w:shd w:val="clear" w:color="auto" w:fill="196F3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חוֹמוֹת יְרִיחוֹ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וְשִׁבְעָה הַכֹּהֲנִים נֹשְׂאִים שִׁבְעָה שׁוֹפְרוֹת הַיֹּבְלִים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ו, ח)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7750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c1_170_None_Fals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75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96F3D"/>
              <w:left w:val="single" w:sz="8" w:space="0" w:color="196F3D"/>
              <w:bottom w:val="single" w:sz="8" w:space="0" w:color="196F3D"/>
              <w:right w:val="single" w:sz="8" w:space="0" w:color="196F3D"/>
            </w:tcBorders>
            <w:shd w:val="clear" w:color="auto" w:fill="196F3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חוֹמוֹת יְרִיחוֹ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וַיָּרִיעוּ הָעָם תְּרוּעָה גְדוֹלָה וַתִּפֹּל הַחוֹמָה תַּחְתֶּיהָ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ו, כ)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7417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5_170_None_Fals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4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6C3483"/>
              <w:left w:val="single" w:sz="8" w:space="0" w:color="6C3483"/>
              <w:bottom w:val="single" w:sz="8" w:space="0" w:color="6C3483"/>
              <w:right w:val="single" w:sz="8" w:space="0" w:color="6C3483"/>
            </w:tcBorders>
            <w:shd w:val="clear" w:color="auto" w:fill="6C3483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עָכָן וְהָעַי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וְהִנָּם טְמוּנִים בָּאָרֶץ בְּתוֹךְ הָאׇהֳלִי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ז, כא)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7417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6_170_None_Fals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4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6C3483"/>
              <w:left w:val="single" w:sz="8" w:space="0" w:color="6C3483"/>
              <w:bottom w:val="single" w:sz="8" w:space="0" w:color="6C3483"/>
              <w:right w:val="single" w:sz="8" w:space="0" w:color="6C3483"/>
            </w:tcBorders>
            <w:shd w:val="clear" w:color="auto" w:fill="6C3483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עָכָן וְהָעַי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אַל־תִּירָא וְאַל־תֵּחָת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ח, 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774562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ai_170_None_Fals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74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E5109"/>
              <w:left w:val="single" w:sz="8" w:space="0" w:color="7E5109"/>
              <w:bottom w:val="single" w:sz="8" w:space="0" w:color="7E5109"/>
              <w:right w:val="single" w:sz="8" w:space="0" w:color="7E5109"/>
            </w:tcBorders>
            <w:shd w:val="clear" w:color="auto" w:fill="7E510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הַגִּבְעוֹנִים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מֵאֶרֶץ רְחוֹקָה בָּאנוּ וְעַתָּה כִּרְתוּ־לָנוּ בְרִית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ט, ו)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7417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7_170_None_Fals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4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E5109"/>
              <w:left w:val="single" w:sz="8" w:space="0" w:color="7E5109"/>
              <w:bottom w:val="single" w:sz="8" w:space="0" w:color="7E5109"/>
              <w:right w:val="single" w:sz="8" w:space="0" w:color="7E5109"/>
            </w:tcBorders>
            <w:shd w:val="clear" w:color="auto" w:fill="7E510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הַגִּבְעוֹנִים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וְאֶת־פִּי ה' לֹא שָׁאָלוּ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ט, יד)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774562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gibeon2_170_None_Fals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74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17A65"/>
              <w:left w:val="single" w:sz="8" w:space="0" w:color="117A65"/>
              <w:bottom w:val="single" w:sz="8" w:space="0" w:color="117A65"/>
              <w:right w:val="single" w:sz="8" w:space="0" w:color="117A65"/>
            </w:tcBorders>
            <w:shd w:val="clear" w:color="auto" w:fill="117A6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שֶׁמֶשׁ בְּגִבְעוֹן דּוֹם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שֶׁמֶשׁ בְּגִבְעוֹן דּוֹם וְיָרֵחַ בְּעֵמֶק אַיָּלוֹן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י, יב)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74171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8_170_None_Fals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4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17A65"/>
              <w:left w:val="single" w:sz="8" w:space="0" w:color="117A65"/>
              <w:bottom w:val="single" w:sz="8" w:space="0" w:color="117A65"/>
              <w:right w:val="single" w:sz="8" w:space="0" w:color="117A65"/>
            </w:tcBorders>
            <w:shd w:val="clear" w:color="auto" w:fill="117A6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שֶׁמֶשׁ בְּגִבְעוֹן דּוֹם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וַיִּדֹּם הַשֶּׁמֶשׁ וְיָרֵחַ עָמָד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י, יג)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8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c3_170_None_Fals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96F3D"/>
              <w:left w:val="single" w:sz="8" w:space="0" w:color="196F3D"/>
              <w:bottom w:val="single" w:sz="8" w:space="0" w:color="196F3D"/>
              <w:right w:val="single" w:sz="8" w:space="0" w:color="196F3D"/>
            </w:tcBorders>
            <w:shd w:val="clear" w:color="auto" w:fill="196F3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חֲלֻקַּת הָאָרֶץ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וַיִּקָּהֲלוּ כׇּל־עֲדַת בְּנֵי־יִשְׂרָאֵל שִׁלֹה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יח, 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74171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11_170_None_Fals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4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96F3D"/>
              <w:left w:val="single" w:sz="8" w:space="0" w:color="196F3D"/>
              <w:bottom w:val="single" w:sz="8" w:space="0" w:color="196F3D"/>
              <w:right w:val="single" w:sz="8" w:space="0" w:color="196F3D"/>
            </w:tcBorders>
            <w:shd w:val="clear" w:color="auto" w:fill="196F3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חֲלֻקַּת הָאָרֶץ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וַיְחַלֶּק־שָׁם יְהוֹשֻׁעַ אֶת־הָאָרֶץ לִבְנֵי יִשְׂרָאֵל כְּמַחְלְקֹתָם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יח, י)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774562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land_170_None_Fals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74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6C3483"/>
              <w:left w:val="single" w:sz="8" w:space="0" w:color="6C3483"/>
              <w:bottom w:val="single" w:sz="8" w:space="0" w:color="6C3483"/>
              <w:right w:val="single" w:sz="8" w:space="0" w:color="6C3483"/>
            </w:tcBorders>
            <w:shd w:val="clear" w:color="auto" w:fill="6C3483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עָרֵי הַמִּקְלָט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תְּנוּ לָכֶם אֶת־עָרֵי הַמִּקְלָט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כ, ב)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74171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9_170_None_Fals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4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6C3483"/>
              <w:left w:val="single" w:sz="8" w:space="0" w:color="6C3483"/>
              <w:bottom w:val="single" w:sz="8" w:space="0" w:color="6C3483"/>
              <w:right w:val="single" w:sz="8" w:space="0" w:color="6C3483"/>
            </w:tcBorders>
            <w:shd w:val="clear" w:color="auto" w:fill="6C3483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עָרֵי הַמִּקְלָט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וְהָיוּ לָכֶם לְמִקְלָט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כ, 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774562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refuge2_170_None_Fals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74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E5109"/>
              <w:left w:val="single" w:sz="8" w:space="0" w:color="7E5109"/>
              <w:bottom w:val="single" w:sz="8" w:space="0" w:color="7E5109"/>
              <w:right w:val="single" w:sz="8" w:space="0" w:color="7E5109"/>
            </w:tcBorders>
            <w:shd w:val="clear" w:color="auto" w:fill="7E510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נְאוּם הַפְּרֵדָה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וְאָנֹכִי וּבֵיתִי נַעֲבֹד אֶת־ה'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כד, טו)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074171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s10_170_None_Fals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74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E5109"/>
              <w:left w:val="single" w:sz="8" w:space="0" w:color="7E5109"/>
              <w:bottom w:val="single" w:sz="8" w:space="0" w:color="7E5109"/>
              <w:right w:val="single" w:sz="8" w:space="0" w:color="7E5109"/>
            </w:tcBorders>
            <w:shd w:val="clear" w:color="auto" w:fill="7E510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נְאוּם הַפְּרֵדָה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וַיִּקַּח אֶבֶן גְּדוֹלָה וַיְקִימֶהָ שָּׁם תַּחַת הָאַלָּה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4"/>
                <w:szCs w:val="24"/>
                <w:rtl/>
              </w:rPr>
              <w:t>(יהושע כד, כו)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774562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farewell_170_None_Fals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74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