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מֹשֶׁה בַּתֵּבָה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מַדּוּעַ שָׂמָה הָאֵם אֶת מֹשֶׁה בַּתֵּבָה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מַכִּיר מִי הִצִּילָה אֶת מֹשֶׁה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תֵּבַת ← גֹּמֶא ← הַיֶּלֶד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תֵּבָה – קוּפְסָה גְּדוֹלָה מִקָּנִים ; יְאֹר – נְהַר מִצְרַיִם ; בַּת פַּרְעֹה – הִצִּילָה אֶת מֹשֶׁה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