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• פְּרָקִים א-כ • שְׁמוֹת – מִשְׁפָּטִים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הַסְּנֶה הַבֹּעֵר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2 • שְׁמוֹת פֶּרֶק ג'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נִרְאָה לְמֹשֶׁה מִתּוֹךְ סְנֶה בֹּעֵר שֶׁאֵינֶנּוּ נִשְׂרָף וְצִוָּה אוֹתוֹ לְהוֹצִיא אֶת בְּנֵי יִשְׂרָאֵל מִמִּצְרַיִם.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אֱלֹהִים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הַסְּנֶה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הִנֵּנִי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וַיִּקְרָא אֵלָיו ____________ מִתּוֹךְ ____________ וַיֹּאמֶר: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מֹשֶׁה מֹשֶׁה! וַיֹּאמֶר: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ג, 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רָאָה מֹשֶׁה בַּמִּדְבָּר?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סְנֶה בֹּעֵר שֶׁלֹּא נִשְׂרָף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עֵץ גָּדוֹל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בֵּרָכָה שֶׁל מַיִם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עָנָה מֹשֶׁה כְּשֶׁה' קָרָא לוֹ?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הִנֵּנִי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לֹא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שְׁתֹק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flam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re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ountai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הַסְּנֶה בָּעַר בָּאֵשׁ וְלֹא נִשְׂרָף.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מֹשֶׁה רָעָה אֶת הַצֹּאן לְיַד הָעֲצִים.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נִרְאָה לְמֹשֶׁה בְּהַר חֹרֵב.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