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שְׁמוֹת • פְּרָקִים א-כ • שְׁמוֹת – מִשְׁפָּטִים • כִּתָּה ג'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מַכַּת הַדָּם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3 • שְׁמוֹת פֶּרֶק ז'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הֵבִיא עֶשֶׂר מַכּוֹת עַל מִצְרַיִם; בַּמַּכָּה הָרִאשׁוֹנָה נֶהֶפְכוּ מֵי הַיְאֹר לְדָם.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הַמַּיִם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אֲשֶׁר־בַּיְאֹר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דָם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וַיַּךְ אֶת־____________ אֲשֶׁר בַּיְאֹר לְעֵינֵי פַרְעֹה,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וַיֵּהָפְכוּ כָּל־הַמַּיִם ____________ לְ____________.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(שְׁמוֹת ז, כ)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מַכָּה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עֹנֶשׁ שֶׁה' הֵבִיא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מַטֶּה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מַקֵּל שֶׁל מֹשֶׁה וְאַהֲרֹן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פַּרְעֹה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מֶלֶךְ מִצְרַיִם הַקָּשֶׁה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מֵי הַיְאֹר נֶהֶפְכוּ לְדָם.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פַּרְעֹה שִׁלַּח אֶת בְּנֵי יִשְׂרָאֵל מִיָּד.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הֵבִיא עֶשֶׂר מַכּוֹת עַל מִצְרַיִם.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