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מַכַּת הַדָּם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בְּמַכַּת הַדָּם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מַדּוּעַ הֵבִיא ה' מַכּוֹת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הַמַּיִם ← אֲשֶׁר־בַּיְאֹר ← דָם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מַכָּה – עֹנֶשׁ שֶׁה' הֵבִיא ; מַטֶּה – מַקֵּל שֶׁל מֹשֶׁה וְאַהֲרֹן ; פַּרְעֹה – מֶלֶךְ מִצְרַיִם הַקָּשֶׁה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