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יְצִיאַת מִצְרַיִם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שְׁמוֹת פֶּרֶק יב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אַחֲרֵי עֶשֶׂר הַמַּכּוֹת שִׁלַּח פַּרְעֹה אֶת בְּנֵי יִשְׂרָאֵל, וְהָעָם יָצָא מִמִּצְרַיִם לְחֵרוּת.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הוֹצִיא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מִצְרָיִם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צִבְאֹתָם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בְּעֶצֶם הַיּוֹם הַזֶּה ____________ ה' אֶת־בְּנֵי יִשְׂרָאֵל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מֵאֶרֶץ ____________ עַל־____________.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יב, נא)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אָכְלוּ בְּנֵי יִשְׂרָאֵל כְּשֶׁיָּצְאוּ בְּחִפָּזוֹן?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מַצָּה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חָמֵץ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דְּבַשׁ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הוֹצִיא אֶת בְּנֵי יִשְׂרָאֵל מִמִּצְרַיִם?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פַּרְעֹה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אַהֲרֹן לְבַדּוֹ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בְּנֵי יִשְׂרָאֵל עָבְדוּ קָשֶׁה בְּמִצְרַיִם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הוֹצִיא אוֹתָם מִמִּצְרַיִם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אָכְלוּ בָּצֵק שֶׁלֹּא הִסְפִּיק לַחְמִיץ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עַבְדוּת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חֵרוּת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מַצָּה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