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• פְּרָקִים א-כ • שְׁמוֹת – מִשְׁפָּטִים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הַמָּן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6 • שְׁמוֹת פֶּרֶק טז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בַּמִּדְבָּר נָתַן ה' לְבְנֵי יִשְׂרָאֵל מָן מִן הַשָּׁמַיִם – לֶחֶם לְכָל יוֹם.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מָן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מַה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לֶּחֶם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וַיֹּאמְרוּ אִישׁ אֶל־אָחִיו: ____________ הוּא, כִּי לֹא יָדְעוּ ____________ הוּא,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 מֹשֶׁה אֲלֵהֶם: הוּא הַ____________ אֲשֶׁר נָתַן ה' לָכֶם לְאכְלָה.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טז, טו)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מָן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לֶחֶם שֶׁיָּרַד מִן הַשָּׁמַיִם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מִדְבָּר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מָקוֹם שֶׁל חוֹל בְּלִי עֲרִים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בֹּקֶר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הַזְּמַן שֶׁבּוֹ לָקְטוּ אֶת הַמָּן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נָתַן אֶת הַמָּן?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מֹשֶׁה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פַּרְעֹה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בְּאֵיזֶה יוֹם לֹא יָרַד מָן?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בְּשַׁבָּת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בְּיוֹם רִאשׁוֹן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בְּיוֹם שְׁלִישִׁי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