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הַמָּן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6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הַמָּן וּמִי נָתַן אוֹתוֹ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שֶׁבְּשַׁבָּת לֹא יָרַד מָן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הַנְּכוֹן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מָן ← מַה ← לֶּחֶם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מָן – לֶחֶם שֶׁיָּרַד מִן הַשָּׁמַיִם ; מִדְבָּר – מָקוֹם שֶׁל חוֹל בְּלִי עֲרִים ; בֹּקֶר – הַזְּמַן שֶׁבּוֹ לָקְטוּ אֶת הַמָּן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ה', 2. בְּשַׁבָּת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