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עֲשֶׂרֶת הַדִּבְּרוֹת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שְׁמוֹת פֶּרֶק כ'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עַל הַר סִינַי נָתַן ה' אֶת הַתּוֹרָה וְאֶת עֲשֶׂרֶת הַדִּבְּרוֹת לְבְנֵי יִשְׂרָאֵל.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הוֹצֵאתִיךָ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מִצְרָיִם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עֲבָדִים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אָנֹכִי ה' אֱלֹהֶיךָ אֲשֶׁר ____________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מֵאֶרֶץ ____________ מִבֵּית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כ, 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עָלָה לְהַר סִינַי.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נָתַן שְׁנֵי לֻחוֹת שֶׁל אֶבֶן.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מַתַּן תּוֹרָה הָיָה נֵס גָּדוֹל.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נָתַן אֶת הַתּוֹרָה עַל הַר סִינַי.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בְּנֵי יִשְׂרָאֵל אָמְרוּ: לֹא נַעֲשֶׂה.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כָּל הָעָם שָׁמַע אֶת קוֹל ה' בְּמַתַּן תּוֹרָה.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