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שְׁמוֹת • פְּרָקִים א-כ • שְׁמוֹת – מִשְׁפָּטִים • כִּתָּה ג'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חֵטְא הָעֵגֶל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8 • שְׁמוֹת פֶּרֶק לב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כְּשֶׁמֹּשֶׁה הָיָה בָּהָר עָשׂוּ הָעָם עֵגֶל זָהָב; מֹשֶׁה הִתְפַּלֵּל בַּעֲדָם וְה' סָלַח.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עֵגֶל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אֱלֹהֶיךָ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הֶעֱלוּךָ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וַיַּעֲשֵׂהוּ ____________ מַסֵּכָה,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וַיֹּאמְרוּ: אֵלֶּה ____________ יִשְׂרָאֵל אֲשֶׁר ____________ מֵאֶרֶץ מִצְרָיִם.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(שְׁמוֹת לב, ד)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C55A11" w:space="0"/>
                <w:left w:val="single" w:sz="6" w:color="C55A11" w:space="0"/>
                <w:bottom w:val="single" w:sz="6" w:color="C55A11" w:space="0"/>
                <w:right w:val="single" w:sz="6" w:color="C55A11" w:space="0"/>
                <w:insideH w:val="single" w:sz="6" w:color="C55A11" w:space="0"/>
                <w:insideV w:val="single" w:sz="6" w:color="C55A11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עֵגֶל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פָּר קָטָן; כָּאן – פֶּסֶל שֶׁל זָהָב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חֵטְא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מַעֲשֶׂה רַע נֶגֶד רְצוֹן ה'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תְּפִלָּה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מֹשֶׁה בִּקֵּשׁ מֵה' שֶׁיִּסְלַח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מָה בָּנוּ הָעָם כְּשֶׁמֹּשֶׁה הָיָה בָּהָר?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עֵגֶל מִזָּהָב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מִשְׁכָּן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מִגְדָּל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מָה עָשָׂה מֹשֶׁה אַחֲרֵי הֶחֵטְא?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הִתְפַּלֵּל וּבִקֵּשׁ סְלִיחָה לָעָם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עָזַב אֶת הָעָם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חָזַר לְמִצְרַיִם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