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חֵטְא הָעֵגֶל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8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חָטְאוּ בְּחֵטְא הָעֵגֶל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שֶׁמֹּשֶׁה הִתְפַּלֵּל בַּעַד הָעָם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הַנְּכוֹן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עֵגֶל ← אֱלֹהֶיךָ ← הֶעֱלוּךָ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עֵגֶל – פָּר קָטָן; כָּאן – פֶּסֶל שֶׁל זָהָב ; חֵטְא – מַעֲשֶׂה רַע נֶגֶד רְצוֹן ה' ; תְּפִלָּה – מֹשֶׁה בִּקֵּשׁ מֵה' שֶׁיִּסְלַח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עֵגֶל מִזָּהָב, 2. הִתְפַּלֵּל וּבִקֵּשׁ סְלִיחָה לָעָם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