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שְׁמוֹת • פְּרָקִים א-כ • שְׁמוֹת – מִשְׁפָּטִים • כִּתָּה ג'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הַמִּשְׁכָּן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9 • שְׁמוֹת פֶּרֶק כה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צִוָּה לִבְנוֹת מִשְׁכָּן בַּמִּדְבָּר; הָעָם תָּרַם זָהָב, כֶּסֶף וּבְגָדִים יָפִים.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מִקְדָּשׁ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שָׁכַנְתִּי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בְּתוֹכָם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וְעָשׂוּ לִי ____________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וְ____________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(שְׁמוֹת כה, ח)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en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row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flam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הָעָם בָּנוּ מִשְׁכָּן בַּמִּדְבָּר.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הֵבִיאוּ זָהָב וְכֶסֶף לַמִּשְׁכָּן.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בַּמִּשְׁכָּן הִדְלִיקוּ מְנוֹרָה.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1F7A63" w:space="0"/>
                <w:left w:val="single" w:sz="6" w:color="1F7A63" w:space="0"/>
                <w:bottom w:val="single" w:sz="6" w:color="1F7A63" w:space="0"/>
                <w:right w:val="single" w:sz="6" w:color="1F7A63" w:space="0"/>
                <w:insideH w:val="single" w:sz="6" w:color="1F7A63" w:space="0"/>
                <w:insideV w:val="single" w:sz="6" w:color="1F7A63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מִשְׁכָּן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אֹהֶל מְיֻחָד שֶׁבּוֹ שׁוֹרָה שְׁכִינָה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תְּרוּמָה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נְדָבָה שֶׁהֵבִיא הָעָם לַמִּשְׁכָּן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מִדְבָּר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הַמָּקוֹם שֶׁבּוֹ בָּנוּ אֶת הַמִּשְׁכָּן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