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הַמִּשְׁכָּן</w:t>
      </w:r>
    </w:p>
    <w:tbl>
      <w:tblPr>
        <w:bidiVisual/>
        <w:tblW w:type="auto" w:w="0"/>
        <w:jc w:val="right"/>
        <w:tblBorders>
          <w:top w:val="single" w:sz="4" w:color="1F7A63" w:space="0"/>
          <w:left w:val="single" w:sz="4" w:color="1F7A63" w:space="0"/>
          <w:bottom w:val="single" w:sz="4" w:color="1F7A63" w:space="0"/>
          <w:right w:val="single" w:sz="4" w:color="1F7A63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7A63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9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מָה הַמִּשְׁכָּן וּמָה תָּרַם הָעָם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מַבִין שֶׁה' שׁוֹרֶה בַּמִּשְׁכָּן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מַתְאִים מִשְׁפָּט לַתְּמוּנָה וּמִלָּה לְהֶסְבֵּר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מִקְדָּשׁ ← שָׁכַנְתִּי ← בְּתוֹכָם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תְּמוּנָה וּמִשְׁפָּט: מִשְׁפָּט 1: תְּמוּנָה 1, מִשְׁפָּט 2: תְּמוּנָה 2, מִשְׁפָּט 3: תְּמוּנָה 3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הַתְאָמָה: מִשְׁכָּן – אֹהֶל מְיֻחָד שֶׁבּוֹ שׁוֹרָה שְׁכִינָה ; תְּרוּמָה – נְדָבָה שֶׁהֵבִיא הָעָם לַמִּשְׁכָּן ; מִדְבָּר – הַמָּקוֹם שֶׁבּוֹ בָּנוּ אֶת הַמִּשְׁכָּן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