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יְהוֹשֻׁעַ • פְּרָקִים א-כד • מַעֲבַר הַיַּרְדֵּן עַד חִלּוּק הָאָרֶץ • כִּתָּה ג'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מַעֲבַר הַיַּרְדֵּן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10 • יְהוֹשֻׁעַ פֶּרֶק ג'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עִצֵּר אֶת מֵי הַיַּרְדֵּן, וְכָל הָעָם עָבַר בַּיַּבָּשָׁה אֶל אֶרֶץ יִשְׂרָאֵל.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נֵד אֶחָד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עָבְרוּ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יְרִיחוֹ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וַיַּעַמְדוּ הַמַּיִם הַיֹּרְדִים מִלְמַעְלָה קָמוּ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וְהָעָם ____________ נֶגֶד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(יְהוֹשֻׁעַ ג, טז)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wav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on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a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מֵי הַיַּרְדֵּן עָמְדוּ וְלֹא זָרְמוּ.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הָעָם עָבַר בַּיַּבָּשָׁה.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נֵס גָּדוֹל עָשָׂה ה' בִּכְנִיסָה לָאָרֶץ.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יְהוֹשֻׁעַ הוֹלִיךְ אֶת הָעָם לְאֶרֶץ יִשְׂרָאֵל.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הָעָם עָבַר אֶת הַיַּרְדֵּן בְּאֳנִיּוֹת.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הַכֹּהֲנִים נָשְׂאוּ אֶת אֲרוֹן הַבְּרִית.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