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מַעֲבַר הַיַּרְדֵּן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10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בְּמַעֲבַר הַיַּרְדֵּן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הַנֵּס בַּכְּנִיסָה לָאָרֶץ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וּמַבְחִין נָכוֹן מִלֹּא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נֵד אֶחָד ← עָבְרוּ ← יְרִיחוֹ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