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יְהוֹשֻׁעַ • פְּרָקִים א-כד • מַעֲבַר הַיַּרְדֵּן עַד חִלּוּק הָאָרֶץ • כִּתָּה ג'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נִפְלַת חוֹמַת יְרִיחוֹ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11 • יְהוֹשֻׁעַ פֶּרֶק ו'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הָעָם סָבַב אֶת יְרִיחוֹ שֶׁבַע פְּעָמִים, תָּקַע בַּשּׁוֹפָרוֹת, וְהַחוֹמָה נָפְלָה.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הָעָם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שּׁוֹפָרוֹת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הַחוֹמָה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וַיָּרַע ____________ וַיִּתְקְעוּ בַּ____________,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וַתִּפֹּל ____________ תַּחְתֶּיהָ.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(יְהוֹשֻׁעַ ו, כ)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B03A2E" w:space="0"/>
                <w:left w:val="single" w:sz="6" w:color="B03A2E" w:space="0"/>
                <w:bottom w:val="single" w:sz="6" w:color="B03A2E" w:space="0"/>
                <w:right w:val="single" w:sz="6" w:color="B03A2E" w:space="0"/>
                <w:insideH w:val="single" w:sz="6" w:color="B03A2E" w:space="0"/>
                <w:insideV w:val="single" w:sz="6" w:color="B03A2E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יְרִיחוֹ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עִיר גְּדוֹלָה עִם חוֹמָה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שׁוֹפָר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כְּלִי שֶׁתּוֹקְעִים בּוֹ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שֶׁבַע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מִסְפַּר הַפְּעָמִים שֶׁסָּבְבוּ אֶת הָעִיר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קָרָה לַחוֹמָה?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נָפְלָה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נִשְׂרְפָה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נִבְנְתָה מִחָדָשׁ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בְּמָה תָּקְעוּ?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בַּשּׁוֹפָרוֹת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בַּתּוּפִּים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בַּמְּנוֹרָה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