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יְהוֹשֻׁעַ • פְּרָקִים א-כד • מַעֲבַר הַיַּרְדֵּן עַד חִלּוּק הָאָרֶץ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וְאָנֹכִי וּבֵיתִי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12 • יְהוֹשֻׁעַ פֶּרֶק כד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בְּסוֹף יָמָיו קִבֵּץ יְהוֹשֻׁעַ אֶת הָעָם וְאָמַר: בַּחֲרוּ מִי תַּעֲבֹדוּן; וְאָנֹכִי וּבֵיתִי נַעֲבֹד אֶת־ה'.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הַיּוֹם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תַּעֲבֹדוּן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וּבֵיתִי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בַּחֲרוּ לָכֶם ____________ אֶת־מִי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וְאָנֹכִי ____________ נַעֲבֹד אֶת־ה'.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(יְהוֹשֻׁעַ כד, טו)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יְהוֹשֻׁעַ בִּקֵּשׁ מֵהָעָם לְבַחֵר מִי יַעֲבֹדוּ.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הָעָם אָמַר: לֹא נַעֲבֹד אֶת־ה'.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יְהוֹשֻׁעַ אָמַר: וְאָנֹכִי וּבֵיתִי נַעֲבֹד אֶת־ה'.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בְּחִירָה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הָעָם בָּחַר לַעֲבֹד אֶת־ה'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שְׁכֶם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הָעִיר שֶׁבָּהּ נֶאֶסְפוּ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נְחָלָה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חֵלֶק שֶׁקִּבֵּל כָּל שֵׁבֶט בָּאָרֶץ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