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וְאָנֹכִי וּבֵיתִי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12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בִּקֵּשׁ יְהוֹשֻׁעַ מֵהָעָם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מַשְׁמָעוּת הַבְּחִירָה בְּה'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 וּמַתְאִים מִלָּה לְהֶסְבֵּר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הַיּוֹם ← תַּעֲבֹדוּן ← וּבֵיתִי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בְּחִירָה – הָעָם בָּחַר לַעֲבֹד אֶת־ה' ; שְׁכֶם – הָעִיר שֶׁבָּהּ נֶאֶסְפוּ ; נְחָלָה – חֵלֶק שֶׁקִּבֵּל כָּל שֵׁבֶט בָּאָרֶץ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