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גִּדְעוֹן גִּבּוֹר הֶחָיִל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שׁוֹפְטִים פֶּרֶק ו'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מַלְאַךְ ה' נִרְאָה לְגִדְעוֹן וְקָרָא לוֹ גִּבּוֹר הֶחָיִל; גִּדְעוֹן הוֹצִיא אֶת יִשְׂרָאֵל מִיַּד מִדְיָן.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מַלְאַךְ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עִמְּךָ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הֶחָיִל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וַיֵּרָא אֵלָיו ____________ 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אֵלָיו: ה' ____________ גִּבּוֹר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ו, יב)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מַלְאַךְ ה' נִרְאָה לְגִדְעוֹן.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גִּדְעוֹן הֵאִיר בַּלַּפִּידִים וְתָקַע בַּשּׁוֹפָרוֹת.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הָאוֹיֵב בָּרַח מִן הַמַּחֲנֶה.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אֵיךְ קָרָא הַמַּלְאָךְ לְגִדְעוֹן?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גִּבּוֹר הֶחָיִל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מֶלֶךְ יִשְׂרָאֵל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כֹּהֵן גָּדוֹל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מֵאֵת מִי הִצִּיל גִּדְעוֹן אֶת יִשְׂרָאֵל?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מִדְיָן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מוֹאָב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עֲמָלֵק בְּמִצְרַיִם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