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גִּדְעוֹן גִּבּוֹר הֶחָיִל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10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קָרָא הַמַּלְאָךְ לְגִדְעוֹן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שֶׁה' נִלְחָם בַּעַד עַמּוֹ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הַנְּכוֹנָה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מַלְאַךְ ← עִמְּךָ ← הֶחָיִל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גִּבּוֹר הֶחָיִל, 2. מִדְיָן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