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סֵפֶר שׁוֹפְטִים • תְּקוּפַת הַשּׁוֹפְטִים • עָתְנִיאֵל עַד שִׁמְשׁוֹן • כִּתָּה ד'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יִפְתָּח הַגִּלְעָדִי</w:t>
      </w:r>
    </w:p>
    <w:tbl>
      <w:tblPr>
        <w:bidiVisual/>
        <w:tblW w:type="auto" w:w="0"/>
        <w:jc w:val="right"/>
        <w:tblBorders>
          <w:top w:val="single" w:sz="4" w:color="B03A2E" w:space="0"/>
          <w:left w:val="single" w:sz="4" w:color="B03A2E" w:space="0"/>
          <w:bottom w:val="single" w:sz="4" w:color="B03A2E" w:space="0"/>
          <w:right w:val="single" w:sz="4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B03A2E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11 • שׁוֹפְטִים פֶּרֶק יא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רוּחַ ה' הָיְתָה עַל יִפְתָּח, וְהוּא נִלְחַם בִּבְנֵי עַמּוֹן וְנִצֵּחַ; יִפְתָּח נָדַר נֶדֶר קָשֶׁה.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B03A2E" w:space="0"/>
          <w:left w:val="single" w:sz="12" w:color="B03A2E" w:space="0"/>
          <w:bottom w:val="single" w:sz="12" w:color="B03A2E" w:space="0"/>
          <w:right w:val="single" w:sz="12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9E9E7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B03A2E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רוּחַ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הַגִּלְעָד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עַמּוֹן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וַתְּהִי עַל־יִפְתָּח ____________ ה',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וַיַּעֲבֹר אֶת־____________ וְאֶת־מְנַשֶּׁה... וְעָבַר בִּבְנֵי ____________.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(שׁוֹפְטִים יא, כט)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B03A2E" w:space="0"/>
          <w:left w:val="single" w:sz="12" w:color="B03A2E" w:space="0"/>
          <w:bottom w:val="single" w:sz="12" w:color="B03A2E" w:space="0"/>
          <w:right w:val="single" w:sz="12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9E9E7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B03A2E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B03A2E" w:space="0"/>
                <w:left w:val="single" w:sz="6" w:color="B03A2E" w:space="0"/>
                <w:bottom w:val="single" w:sz="6" w:color="B03A2E" w:space="0"/>
                <w:right w:val="single" w:sz="6" w:color="B03A2E" w:space="0"/>
                <w:insideH w:val="single" w:sz="6" w:color="B03A2E" w:space="0"/>
                <w:insideV w:val="single" w:sz="6" w:color="B03A2E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יִפְתָּח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שׁוֹפֵט וּמְפַקֵּד מִן הַגִּלְעָד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נֶדֶר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הִבְטָחָה לְה' שֶׁחַיָּבִים לְקַיֵּם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עַמּוֹן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עַם שֶׁנִּלְחַם בְּיִשְׂרָאֵל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B03A2E" w:space="0"/>
          <w:left w:val="single" w:sz="12" w:color="B03A2E" w:space="0"/>
          <w:bottom w:val="single" w:sz="12" w:color="B03A2E" w:space="0"/>
          <w:right w:val="single" w:sz="12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9E9E7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B03A2E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נָכוֹן אוֹ 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רוּחַ ה' הָיְתָה עַל יִפְתָּח בַּמִּלְחָמָה.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יִפְתָּח נִצֵּחַ אֶת בְּנֵי עַמּוֹן.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הַנֶּדֶר שֶׁל יִפְתָּח הָיָה קַל לְקַיֵּם.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