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שִׁמְשׁוֹן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שׁוֹפְטִים פֶּרֶק טז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שִׁמְשׁוֹן נָזִיר ה' וְגִבּוֹר כֹּחַ; בְּסוֹף יָמָיו הִתְפַּלֵּל לְה', וְה' נָתַן בּוֹ כֹּחַ אַחֲרוֹן.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שִׁמְשׁוֹן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זָכְרֵנִי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חַזְּקֵנִי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וַיִּקְרָא ____________ אֶל־ה' וַיֹּאמַר: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אֲדֹנָי ה', ____________ נָא וְ____________ נָא אַךְ הַפַּעַם הַזֶּה הָאֱלֹהִים.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טז, כח)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הָיָה שִׁמְשׁוֹן?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נָזִיר ה' וְגִבּוֹר כֹּחַ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מֶלֶךְ 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נָבִיא בְּבָבֶל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לְמִי הִתְפַּלֵּל שִׁמְשׁוֹן בְּסוֹף יָמָיו?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לַפְּלִשְׁתִּים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לְמֶלֶךְ אַחֵר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הַכֹּחַ שֶׁל שִׁמְשׁוֹן הָיָה מֵה'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שִׁמְשׁוֹן הִתְפַּלֵּל וְה' עָנָה לוֹ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שִׁמְשׁוֹן שָׁפַט אֶת יִשְׂרָאֵל עֶשְׂרִים שָׁנָה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כֹּחַ מֵה'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תְּפִלָּה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שׁוֹפֵט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