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עָתְנִיאֵל בֶּן קְנַז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שׁוֹפְטִים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בְּנֵי יִשְׂרָאֵל זָעֲקוּ אֶל־ה', וְה' הֵקִים לָהֶם מוֹשִׁיעַ – עָתְנִיאֵל בֶּן קְנַז, וְהָאָרֶץ שָׁקְטָה.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זָעֲקוּ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מוֹשִׁיעַ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עָתְנִיאֵל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וַיִּ____________ בְנֵי־יִשְׂרָאֵל אֶל־ה',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וַיָּקֶם ה' ____________ לִבְנֵי יִשְׂרָאֵל אֵת ____________ בֶּן־קְנַז.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ג, 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שׁוֹפֵט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מַנְהִיג שֶׁה' הֵקִים לְהוֹשִׁיעַ אֶת הָעָם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זְעָקָה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תְּפִלָּה וּבְקָשָׁה לְה' בְּצָרָה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מוֹשִׁיעַ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מִי שֶׁמַּצִּיל אֶת הָעָם מֵאוֹיְבָיו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הָעָם זָעַק לְה' כְּשֶׁהָיָה בְּצָרָה.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לֹא עָנָה לַזְּעָקָה.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אַחֲרֵי יְמֵי עָתְנִיאֵל הָאָרֶץ שָׁקְטָה.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