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60" w:before="0"/>
      </w:pPr>
      <w:r>
        <w:rPr>
          <w:rFonts w:ascii="Noto Sans Hebrew" w:hAnsi="Noto Sans Hebrew" w:cs="Noto Sans Hebrew"/>
          <w:b w:val="0"/>
          <w:color w:val="262626"/>
          <w:sz w:val="23"/>
          <w:rtl w:val="1"/>
          <w:szCs w:val="23"/>
        </w:rPr>
        <w:t>שֵׁם פְּרָטִי: __________   שֵׁם מִשְׁפָּחָה: __________</w:t>
      </w:r>
    </w:p>
    <w:tbl>
      <w:tblPr>
        <w:bidiVisual/>
        <w:tblW w:type="auto" w:w="0"/>
        <w:jc w:val="right"/>
        <w:tblBorders>
          <w:top w:val="single" w:sz="4" w:color="1F3864" w:space="0"/>
          <w:left w:val="single" w:sz="4" w:color="1F3864" w:space="0"/>
          <w:bottom w:val="single" w:sz="4" w:color="1F3864" w:space="0"/>
          <w:right w:val="single" w:sz="4" w:color="1F3864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6"/>
                <w:rtl w:val="1"/>
                <w:szCs w:val="26"/>
                <w:bCs/>
              </w:rPr>
              <w:t>סֵפֶר שׁוֹפְטִים • תְּקוּפַת הַשּׁוֹפְטִים • עָתְנִיאֵל עַד שִׁמְשׁוֹן • כִּתָּה ד'</w:t>
            </w:r>
          </w:p>
        </w:tc>
      </w:tr>
    </w:tbl>
    <w:p>
      <w:pPr>
        <w:bidi w:val="1"/>
        <w:spacing w:after="40" w:before="40"/>
        <w:jc w:val="center"/>
      </w:pPr>
      <w:r>
        <w:rPr>
          <w:rFonts w:ascii="Noto Serif Hebrew" w:hAnsi="Noto Serif Hebrew" w:cs="Noto Serif Hebrew"/>
          <w:b/>
          <w:color w:val="B8862D"/>
          <w:sz w:val="44"/>
          <w:rtl w:val="1"/>
          <w:szCs w:val="44"/>
          <w:bCs/>
        </w:rPr>
        <w:t>אֵהוּד בֶּן גֵּרָא</w:t>
      </w:r>
    </w:p>
    <w:tbl>
      <w:tblPr>
        <w:bidiVisual/>
        <w:tblW w:type="auto" w:w="0"/>
        <w:jc w:val="right"/>
        <w:tblBorders>
          <w:top w:val="single" w:sz="4" w:color="C55A11" w:space="0"/>
          <w:left w:val="single" w:sz="4" w:color="C55A11" w:space="0"/>
          <w:bottom w:val="single" w:sz="4" w:color="C55A11" w:space="0"/>
          <w:right w:val="single" w:sz="4" w:color="C55A11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C55A11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30"/>
                <w:rtl w:val="1"/>
                <w:szCs w:val="30"/>
                <w:bCs/>
              </w:rPr>
              <w:t>דַּף עֲבוֹדָה 8 • שׁוֹפְטִים פֶּרֶק ג'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8" w:color="B8862D" w:space="0"/>
          <w:left w:val="single" w:sz="8" w:color="B8862D" w:space="0"/>
          <w:bottom w:val="single" w:sz="8" w:color="B8862D" w:space="0"/>
          <w:right w:val="single" w:sz="8" w:color="B8862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FF8E7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/>
                <w:color w:val="B8862D"/>
                <w:sz w:val="28"/>
                <w:rtl w:val="1"/>
                <w:szCs w:val="28"/>
                <w:bCs/>
              </w:rPr>
              <w:t xml:space="preserve">בְּקִצּוּר: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>אֵהוּד הִצִּיל אֶת יִשְׂרָאֵל מֵעֶגְלוֹן מֶלֶךְ מוֹאָב בְּחָכְמָה וּבְאֹמֶץ, וְהָאָרֶץ שָׁקְטָה שְׁמוֹנִים שָׁנָה.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C55A11" w:space="0"/>
          <w:left w:val="single" w:sz="12" w:color="C55A11" w:space="0"/>
          <w:bottom w:val="single" w:sz="12" w:color="C55A11" w:space="0"/>
          <w:right w:val="single" w:sz="12" w:color="C55A11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BEDE4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C55A11"/>
              </w:rPr>
              <w:t xml:space="preserve"> מַשִּׂימָה 1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הַשְׁלִימוּ אֶת הַפָּסוּק</w:t>
            </w:r>
          </w:p>
          <w:p>
            <w:pPr>
              <w:bidi w:val="1"/>
              <w:spacing w:after="120"/>
              <w:jc w:val="center"/>
            </w:pP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מוֹשִׁיעַ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אֵהוּד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מִנְחָה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</w:p>
          <w:p>
            <w:pPr>
              <w:bidi w:val="1"/>
              <w:spacing w:after="40"/>
              <w:jc w:val="center"/>
            </w:pPr>
            <w:r>
              <w:rPr>
                <w:rFonts w:ascii="Noto Serif Hebrew" w:hAnsi="Noto Serif Hebrew" w:cs="Noto Serif Hebrew"/>
                <w:b w:val="0"/>
                <w:color w:val="1A1A1A"/>
                <w:sz w:val="32"/>
                <w:rtl w:val="1"/>
                <w:szCs w:val="32"/>
              </w:rPr>
              <w:t>וַיָּקֶם ה' לָהֶם ____________ אֶת־____________ בֶּן־גֵּרָא,</w:t>
            </w:r>
            <w:r>
              <w:rPr>
                <w:rFonts w:ascii="Noto Serif Hebrew" w:hAnsi="Noto Serif Hebrew" w:cs="Noto Serif Hebrew"/>
                <w:b w:val="0"/>
                <w:color w:val="262626"/>
                <w:sz w:val="32"/>
                <w:rtl w:val="1"/>
                <w:szCs w:val="32"/>
              </w:rPr>
              <w:br/>
            </w:r>
            <w:r>
              <w:rPr>
                <w:rFonts w:ascii="Noto Serif Hebrew" w:hAnsi="Noto Serif Hebrew" w:cs="Noto Serif Hebrew"/>
                <w:b w:val="0"/>
                <w:color w:val="1A1A1A"/>
                <w:sz w:val="32"/>
                <w:rtl w:val="1"/>
                <w:szCs w:val="32"/>
              </w:rPr>
              <w:t>וַיִּשְׁלְחוּ בְנֵי־יִשְׂרָאֵל בְּיָדוֹ ____________ לְעֶגְלוֹן מֶלֶךְ מוֹאָב.</w:t>
            </w:r>
          </w:p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 w:val="0"/>
                <w:color w:val="666666"/>
                <w:sz w:val="22"/>
                <w:rtl w:val="1"/>
                <w:szCs w:val="22"/>
              </w:rPr>
              <w:t>(שׁוֹפְטִים ג, טו)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C55A11" w:space="0"/>
          <w:left w:val="single" w:sz="12" w:color="C55A11" w:space="0"/>
          <w:bottom w:val="single" w:sz="12" w:color="C55A11" w:space="0"/>
          <w:right w:val="single" w:sz="12" w:color="C55A11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BEDE4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C55A11"/>
              </w:rPr>
              <w:t xml:space="preserve"> מַשִּׂימָה 2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סִמְנוּ תְּשׁוּבָה נְכוֹנָה</w:t>
            </w:r>
          </w:p>
          <w:p>
            <w:pPr>
              <w:bidi w:val="1"/>
              <w:spacing w:after="20"/>
            </w:pPr>
            <w:r>
              <w:rPr>
                <w:rFonts w:ascii="Noto Sans Hebrew" w:hAnsi="Noto Sans Hebrew" w:cs="Noto Sans Hebrew"/>
                <w:b/>
                <w:color w:val="262626"/>
                <w:sz w:val="28"/>
                <w:rtl w:val="1"/>
                <w:szCs w:val="28"/>
                <w:bCs/>
              </w:rPr>
              <w:t>1. מֵאֵת מִי הִצִּיל אֵהוּד אֶת יִשְׂרָאֵל?</w:t>
            </w:r>
          </w:p>
          <w:p>
            <w:pPr>
              <w:bidi w:val="1"/>
              <w:spacing w:after="60"/>
            </w:pP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עֶגְלוֹן מֶלֶךְ מוֹאָב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פַּרְעֹה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סִיסְרָא      </w:t>
            </w:r>
          </w:p>
          <w:p>
            <w:pPr>
              <w:bidi w:val="1"/>
              <w:spacing w:after="20"/>
            </w:pPr>
            <w:r>
              <w:rPr>
                <w:rFonts w:ascii="Noto Sans Hebrew" w:hAnsi="Noto Sans Hebrew" w:cs="Noto Sans Hebrew"/>
                <w:b/>
                <w:color w:val="262626"/>
                <w:sz w:val="28"/>
                <w:rtl w:val="1"/>
                <w:szCs w:val="28"/>
                <w:bCs/>
              </w:rPr>
              <w:t>2. כַּמָּה שָׁנִים שָׁקְטָה הָאָרֶץ אַחֲרֵי אֵהוּד?</w:t>
            </w:r>
          </w:p>
          <w:p>
            <w:pPr>
              <w:bidi w:val="1"/>
              <w:spacing w:after="60"/>
            </w:pP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שְׁמוֹנִים שָׁנָה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שֶׁבַע שָׁנִים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יוֹם אֶחָד      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C55A11" w:space="0"/>
          <w:left w:val="single" w:sz="12" w:color="C55A11" w:space="0"/>
          <w:bottom w:val="single" w:sz="12" w:color="C55A11" w:space="0"/>
          <w:right w:val="single" w:sz="12" w:color="C55A11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BEDE4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C55A11"/>
              </w:rPr>
              <w:t xml:space="preserve"> מַשִּׂימָה 3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נָכוֹן אוֹ לֹא נָכוֹן</w:t>
            </w:r>
          </w:p>
          <w:p>
            <w:pPr>
              <w:bidi w:val="1"/>
              <w:spacing w:after="100"/>
            </w:pP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אֵהוּד הֵבִיא מִנְחָה לְעֶגְלוֹן מֶלֶךְ מוֹאָב.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נָכוֹן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לֹא נָכוֹן</w:t>
            </w:r>
          </w:p>
          <w:p>
            <w:pPr>
              <w:bidi w:val="1"/>
              <w:spacing w:after="100"/>
            </w:pP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אֵהוּד בָּרַח מִן הָאוֹיֵב וְלֹא עָשָׂה דָּבָר.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נָכוֹן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לֹא נָכוֹן</w:t>
            </w:r>
          </w:p>
          <w:p>
            <w:pPr>
              <w:bidi w:val="1"/>
              <w:spacing w:after="100"/>
            </w:pP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אַחֲרֵי הַיְשׁוּעָה שָׁקְטָה הָאָרֶץ.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נָכוֹן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לֹא נָכוֹן</w:t>
            </w:r>
          </w:p>
        </w:tc>
      </w:tr>
    </w:tbl>
    <w:p>
      <w:pPr>
        <w:bidi w:val="1"/>
        <w:spacing w:after="20" w:before="0"/>
      </w:pPr>
    </w:p>
    <w:p>
      <w:pPr>
        <w:bidi w:val="1"/>
        <w:spacing w:after="0" w:before="0"/>
        <w:jc w:val="center"/>
      </w:pPr>
      <w:r>
        <w:rPr>
          <w:rFonts w:ascii="Noto Sans Hebrew" w:hAnsi="Noto Sans Hebrew" w:cs="Noto Sans Hebrew"/>
          <w:b w:val="0"/>
          <w:color w:val="666666"/>
          <w:sz w:val="22"/>
          <w:rtl w:val="1"/>
          <w:szCs w:val="22"/>
        </w:rPr>
        <w:t>1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