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אֵהוּד בֶּן גֵּרָא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8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הָיָה אֵהוּד וּמִי הָיָה הָאוֹיֵב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שֶׁה' שׁוֹלֵחַ מוֹשִׁיעִים לְעַמּוֹ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מוֹשִׁיעַ ← אֵהוּד ← מִנְחָה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עֶגְלוֹן מֶלֶךְ מוֹאָב, 2. שְׁמוֹנִים שָׁנָה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