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סֵפֶר שׁוֹפְטִים • תְּקוּפַת הַשּׁוֹפְטִים • עָתְנִיאֵל עַד שִׁמְשׁוֹן • כִּתָּה ד'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דְּבוֹרָה הַנְּבִיאָה</w:t>
      </w:r>
    </w:p>
    <w:tbl>
      <w:tblPr>
        <w:bidiVisual/>
        <w:tblW w:type="auto" w:w="0"/>
        <w:jc w:val="right"/>
        <w:tblBorders>
          <w:top w:val="single" w:sz="4" w:color="1F7A63" w:space="0"/>
          <w:left w:val="single" w:sz="4" w:color="1F7A63" w:space="0"/>
          <w:bottom w:val="single" w:sz="4" w:color="1F7A63" w:space="0"/>
          <w:right w:val="single" w:sz="4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7A63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9 • שׁוֹפְטִים פֶּרֶק ד'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דְּבוֹרָה הָיְתָה שׁוֹפֶטֶת וּנְבִיאָה; עִם בָּרָק הִצִּילָה אֶת יִשְׂרָאֵל מִסִּיסְרָא וּמִיָּבִין מֶלֶךְ חָצוֹר.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1F7A63" w:space="0"/>
          <w:left w:val="single" w:sz="12" w:color="1F7A63" w:space="0"/>
          <w:bottom w:val="single" w:sz="12" w:color="1F7A63" w:space="0"/>
          <w:right w:val="single" w:sz="12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8F2EF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1F7A63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נְבִיאָה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שֹׁפְטָה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בָּעֵת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וּדְבוֹרָה אִשָּׁה ____________ אֵשֶׁת לַפִּידוֹת,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הִיא ____________ אֶת־יִשְׂרָאֵל ____________ הַהִיא.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(שׁוֹפְטִים ד, ד)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1F7A63" w:space="0"/>
          <w:left w:val="single" w:sz="12" w:color="1F7A63" w:space="0"/>
          <w:bottom w:val="single" w:sz="12" w:color="1F7A63" w:space="0"/>
          <w:right w:val="single" w:sz="12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8F2EF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1F7A63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1F7A63" w:space="0"/>
                <w:left w:val="single" w:sz="6" w:color="1F7A63" w:space="0"/>
                <w:bottom w:val="single" w:sz="6" w:color="1F7A63" w:space="0"/>
                <w:right w:val="single" w:sz="6" w:color="1F7A63" w:space="0"/>
                <w:insideH w:val="single" w:sz="6" w:color="1F7A63" w:space="0"/>
                <w:insideV w:val="single" w:sz="6" w:color="1F7A63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נְבִיאָה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מַעֲבִירָה דְּבַר ה' לָעָם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בָּרָק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שַׂר הַצָּבָא שֶׁיָּצָא עִם דְּבוֹרָה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שִׁירָה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שִׁירַת הַנִּצָּחוֹן שֶׁל דְּבוֹרָה וּבָרָק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1F7A63" w:space="0"/>
          <w:left w:val="single" w:sz="12" w:color="1F7A63" w:space="0"/>
          <w:bottom w:val="single" w:sz="12" w:color="1F7A63" w:space="0"/>
          <w:right w:val="single" w:sz="12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8F2EF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1F7A63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סִמְנוּ תְּשׁוּבָה נְכוֹנָה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1. מִי הָיְתָה דְּבוֹרָה?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שׁוֹפֶטֶת וּנְבִיאָה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מַלְכָּה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כֹּהֶנֶת      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2. עַל מִי נִלְחֲמוּ?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עַל סִיסְרָא וְיָבִין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עַל פַּרְעֹה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עַל עֶגְלוֹן      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