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דְּבוֹרָה הַנְּבִיאָה</w:t>
      </w:r>
    </w:p>
    <w:tbl>
      <w:tblPr>
        <w:bidiVisual/>
        <w:tblW w:type="auto" w:w="0"/>
        <w:jc w:val="right"/>
        <w:tblBorders>
          <w:top w:val="single" w:sz="4" w:color="1F7A63" w:space="0"/>
          <w:left w:val="single" w:sz="4" w:color="1F7A63" w:space="0"/>
          <w:bottom w:val="single" w:sz="4" w:color="1F7A63" w:space="0"/>
          <w:right w:val="single" w:sz="4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7A63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9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מִי הָיְתָה דְּבוֹרָה וּמִי בָרָק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מַבִין אֶת תַּפְקִיד הַשּׁוֹפֵט בְּיִשְׂרָאֵל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מַתְאִים מִלָּה לְהֶסְבֵּר הַנְּכוֹן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נְבִיאָה ← שֹׁפְטָה ← בָּעֵת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הַתְאָמָה: נְבִיאָה – מַעֲבִירָה דְּבַר ה' לָעָם ; בָּרָק – שַׂר הַצָּבָא שֶׁיָּצָא עִם דְּבוֹרָה ; שִׁירָה – שִׁירַת הַנִּצָּחוֹן שֶׁל דְּבוֹרָה וּבָרָק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בְּחִירָה: 1. שׁוֹפֶטֶת וּנְבִיאָה, 2. עַל סִיסְרָא וְיָבִין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