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הַקָּרְבָּנוֹת</w:t>
      </w:r>
    </w:p>
    <w:tbl>
      <w:tblPr>
        <w:bidiVisual/>
        <w:tblW w:type="auto" w:w="0"/>
        <w:jc w:val="right"/>
        <w:tblBorders>
          <w:top w:val="single" w:sz="4" w:color="2E74B5" w:space="0"/>
          <w:left w:val="single" w:sz="4" w:color="2E74B5" w:space="0"/>
          <w:bottom w:val="single" w:sz="4" w:color="2E74B5" w:space="0"/>
          <w:right w:val="single" w:sz="4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2E74B5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1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קָרְבָּן וּמֵאָן מְבִיאִים אוֹתוֹ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מַכִּיר אֶת תַּפְקִיד הַכֹּהֵן וְהַמִּזְבֵּחַ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מִשְׁפָּט לַתְּמוּנָה הַנְּכוֹנָה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קָרְבָּן ← הַבָּקָר ← הַצֹּאן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קָרְבָּן – מַתָּנָה שֶׁמַּקְרִיבִים לְה' בַּמִּשְׁכָּן ; כֹּהֵן – עוֹבֵד בַּמִּשְׁכָּן וּמַקְרִיב קָרְבָּנוֹת ; מִזְבֵּחַ – הַמָּקוֹם שֶׁעָלָיו הִקְרִיבוּ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תְּמוּנָה וּמִשְׁפָּט: מִשְׁפָּט 1: תְּמוּנָה 1, מִשְׁפָּט 2: תְּמוּנָה 2, מִשְׁפָּט 3: תְּמוּנָה 3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