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וַיִּקְרָא • פְּרָקִים א-כז • קָרְבָּנוֹת, קְדֻשָּׁה וּמוֹעֲדִים • כִּתָּה ד'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קְדֹשִׁים תִּהְיוּ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2 • וַיִּקְרָא פֶּרֶק יט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צִוָּה אֶת בְּנֵי יִשְׂרָאֵל לִהְיוֹת קְדֹשִׁים – בְּמִצְווֹת בֵּין אָדָם לְמָקוֹם וּבֵין אָדָם לְחֲבֵרוֹ.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קְדֹשִׁים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קָדוֹשׁ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אֱלֹהֵיכֶם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____________ תִּהְיוּ,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כִּי ____________ אֲנִי ה'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(וַיִּקְרָא יט, 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ה' מְצַוֶּה אוֹתָנוּ בַּפָּסוּק?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לִהְיוֹת קְדֹשִׁים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לֶאֱכֹל מַצָּה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לִבְנוֹת אָרוֹן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לָמָּה עָלֵינוּ לִהְיוֹת קְדֹשִׁים?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כִּי קָדוֹשׁ ה' אֱלֹהֵינוּ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כִּי כָּךְ צִוָּה פַּרְעֹה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כִּי כָּךְ רָצָה הָעָם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קָדוֹשׁ וּמְצַוֶּה גַּם אוֹתָנוּ לִהְיוֹת קְדֹשִׁים.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הַמִּצְווֹת בַּפֶּרֶק הֵן רַק בֵּין אָדָם לְה'.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בַּפֶּרֶק יֵשׁ גַּם מִצְווֹת בֵּין אָדָם לַחֲבֵרוֹ.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