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קְדֹשִׁים תִּהְיוּ</w:t>
      </w:r>
    </w:p>
    <w:tbl>
      <w:tblPr>
        <w:bidiVisual/>
        <w:tblW w:type="auto" w:w="0"/>
        <w:jc w:val="right"/>
        <w:tblBorders>
          <w:top w:val="single" w:sz="4" w:color="C55A11" w:space="0"/>
          <w:left w:val="single" w:sz="4" w:color="C55A11" w:space="0"/>
          <w:bottom w:val="single" w:sz="4" w:color="C55A11" w:space="0"/>
          <w:right w:val="single" w:sz="4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C55A11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2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פֵּרוּשׁ "קְדֹשִׁים תִּהְיוּ"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שֶׁהַקְּדֻשָּׁה גַּם בֵּין אָדָם לַחֲבֵרוֹ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קְדֹשִׁים ← קָדוֹשׁ ← אֱלֹהֵיכֶם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לִהְיוֹת קְדֹשִׁים, 2. כִּי קָדוֹשׁ ה' אֱלֹהֵינוּ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