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וְאָהַבְתָּ לְרֵעֲךָ כָּמוֹךָ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וַיִּקְרָא פֶּרֶק יט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צִוָּה: אַל תִּנְקֹם וְאַל תִּטֹּר – אֶהָב אֶת חֲבֵרְךָ כְּמוֹ אֶת עַצְמְךָ.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תִּקֹּם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וְאָהַבְתָּ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כָּמוֹךָ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לֹא־____________ וְלֹא־תִטֹּר אֶת־בְּנֵי עַמֶּךָ,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לְרֵעֲךָ ____________ אֲנִי ה'.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יט, יח)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נְקָמָה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לְהַחֲזִיר רָעָה עַל רָעָה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רֵעַ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חָבֵר, אָדָם אַחֵר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אַהֲבָה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רְצוֹן לָתֵת וּלְעָזֹר לַזּוּלָת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חֲבֵרִי לָקַח אֶת הַכֶּרֶם שֶׁלִּי – אֲנִי לֹא אִנְקֹם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אֲנִי מְחַפֵּשׂ לָתֵת לַחֲבֵרִי מַה שֶּׁטּוֹב לוֹ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כְּשֶׁמִּתְכַּעֵס אֲנִי לֹא שׁוֹמֵר טִינָה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לֹא תִקֹּם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וְאָהַבְתָּ לְרֵעֲךָ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לֹא תִטֹּר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