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וַיִּקְרָא • פְּרָקִים א-כז • קָרְבָּנוֹת, קְדֻשָּׁה וּמוֹעֲדִים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הַמּוֹעֲדִים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וַיִּקְרָא פֶּרֶק כג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נָתַן לָנוּ אֶת הַמּוֹעֲדִים – הַשַּׁבָּת וְהֶחָגִים שֶׁבּוֹ הָעָם נִקְהָל לְה'.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מוֹעֲדֵי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קֹדֶשׁ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בְּמוֹעֲדָם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אֵלֶּה ____________ ה' מִקְרָאֵי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אֲשֶׁר־תִּקְרְאוּ אֹתָם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(וַיִּקְרָא כג,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lam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en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הַשַּׁבָּת הִיא מוֹעֵד רִאשׁוֹן בַּפֶּרֶק.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בֶּחָג מַדְלִיקִים וּמְקַדְּשִׁים אֶת הַיּוֹם.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בַּסֻּכּוֹת יוֹשְׁבִים בַּסֻּכָּה.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8A6D1D" w:space="0"/>
                <w:left w:val="single" w:sz="6" w:color="8A6D1D" w:space="0"/>
                <w:bottom w:val="single" w:sz="6" w:color="8A6D1D" w:space="0"/>
                <w:right w:val="single" w:sz="6" w:color="8A6D1D" w:space="0"/>
                <w:insideH w:val="single" w:sz="6" w:color="8A6D1D" w:space="0"/>
                <w:insideV w:val="single" w:sz="6" w:color="8A6D1D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מוֹעֵד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זְמַן קָבוּעַ לְהַקְהִיל אֶת הָעָם לְה'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שַׁבָּת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יוֹם הַמְּנוּחָה הָרִאשׁוֹן בַּפֶּרֶק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מִקְרָא קֹדֶשׁ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יוֹם קָדוֹשׁ שֶׁבּוֹ נִקְהָלִים יַחַד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