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שְׁנַת הַשְּׁמִטָּה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וַיִּקְרָא פֶּרֶק כה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בְּאֶרֶץ יִשְׂרָאֵל שֵׁשׁ שָׁנִים עוֹבְדִים אֶת הַשָּׂדֶה, וּבַשָּׁנָה הַשְּׁבִיעִית הָאָרֶץ שׁוֹבֶתֶת.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הָאָרֶץ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נֹתֵן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שַׁבָּת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כִּי תָבֹאוּ אֶל־____________ אֲשֶׁר אֲנִי ____________ לָכֶם,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וְשָׁבְתָה הָאָרֶץ ____________ לַה'.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כה,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כַּמָּה שָׁנִים עוֹבְדִים אֶת הַשָּׂדֶה?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שֵׁשׁ שָׁנִים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שָׁנָה אַחַת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שְׁתֵּי שָׁנִים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קוֹרֶה בַּשָּׁנָה הַשְּׁבִיעִית?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הָאָרֶץ שׁוֹבֶתֶת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זוֹרְעִים כָּל יוֹם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אוֹסְפִים מָן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הַשְּׁמִטָּה קַיֶּימֶת בְּאֶרֶץ יִשְׂרָאֵל.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בַּשְּׁמִטָּה זוֹרְעִים אֶת הַשָּׂדֶה כְּרָגִיל.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נָתַן אֶת הָאָרֶץ לְבְנֵי יִשְׂרָאֵל.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