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שְׁנַת הַשְּׁמִטָּה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5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שְׁנַת הַשְּׁמִטָּה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שֶׁהָאָרֶץ שֶׁל ה' וּמְנוּחָה לָהּ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הָאָרֶץ ← נֹתֵן ← שַׁבָּת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שֵׁשׁ שָׁנִים, 2. הָאָרֶץ שׁוֹבֶתֶת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