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הַיּוֹבֵל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שְׁנַת הַיּוֹבֵל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דְּרוֹר בָּאָרֶץ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חֲמִשִּׁים ← דְּרוֹר ← יוֹבֵל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יוֹבֵל – שְׁנַת הַחֲמִשִּׁים ; דְּרוֹר – חֵרוּת – כָּל אִישׁ חוֹזֵר לְנַחֲלָתוֹ ; שׁוֹפָר – תּוֹקְעִים בּוֹ לְהַכְרִיז עַל הַיּוֹבֵל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הַחֲמִשִּׁים, 2. כָּל אִישׁ חוֹזֵר לַאֲחֻזָּתוֹ וּלְמִשְׁפַּחְתּוֹ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