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סֵדֶר הַמַּחֲנֶה וְהַדְּגָלִים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הָיָה בְּתוֹךְ הַמַּחֲנֶה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הוּא דֶּגֶל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יִשְׂרָאֵל ← אֹהֶל־מוֹעֵד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דֶּגֶל – סֵמֶל שֶׁל שֵׁבֶט ; מַחֲנֶה – מְקוֹם חֲנָיָה ; מִשְׁכָּן – בֵּית ה' בַּמִּדְבָּר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אֹהֶל מוֹעֵד, 2. אַרְבָּעָה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