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בְּמִדְבַּר • פְּרָקִים א-לו • כִּתָּה ה'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בִּרְכַּת כֹּהֲנִים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2 • בְּמִדְבַּר פֶּרֶק ו'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צִוָּה אֶת הַכֹּהֲנִים לְבָרֵךְ אֶת בְּנֵי יִשְׂרָאֵל בִּבְרָכָה מְיֻחֶדֶת.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FE6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ה'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שָׁלוֹם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לֶחֶם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"יְבָרֶכְךָ ____________ וְיִשְׁמְרֶךָ."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"יִשָּׂא ה' פָּנָיו אֵלֶיךָ וְיָשֵׂם לְךָ ____________."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(בְּמִדְבַּר ו, כד-כו)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FE6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C55A11" w:space="0"/>
                <w:left w:val="single" w:sz="6" w:color="C55A11" w:space="0"/>
                <w:bottom w:val="single" w:sz="6" w:color="C55A11" w:space="0"/>
                <w:right w:val="single" w:sz="6" w:color="C55A11" w:space="0"/>
                <w:insideH w:val="single" w:sz="6" w:color="C55A11" w:space="0"/>
                <w:insideV w:val="single" w:sz="6" w:color="C55A11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בְּרָכָה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דְּבָרִים טוֹבִים לְמַעֲנֵנוּ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שָׁלוֹם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מְנוּחָה וְאַהֲבָה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כֹּהֵן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עוֹבֵד ה' בַּמִּשְׁכָּן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FE6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הַכֹּהֲנִים מְבָרְכִים אֶת הָעָם.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בְּבִרְכַּת כֹּהֲנִים יֵשׁ פָּסוּק אֶחָד בִּלְבַד.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יָאֵר פָּנָיו אֵלֵינוּ.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