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בְּמִדְבַּר • פְּרָקִים א-לו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הַמְּרַגְּלִים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3 • בְּמִדְבַּר פֶּרֶק י"ג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מֹשֶׁה שָׁלַח שְׁנֵים עָשָׂר מְרַגְּלִים לְאֶרֶץ כְּנָעַן. עֲשָׂרָה פָּחֲדוּ; כָּלֵב וִיהוֹשֻׁעַ אָמְרוּ: "נוּכַל לַעֲלוֹת!"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3F0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כְּנָעַן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חָזָק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קָטָן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"שְׁלַח־לְךָ אֲנָשִׁים וְיָתֻרוּ אֶת־אֶרֶץ ____________."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"לֹא נוּכַל לַעֲלוֹת אֶל־הָעָם, כִּי ____________ הוּא מִמֶּנּוּ."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(בְּמִדְבַּר יג, ב; יג, לא)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3F0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מְרַגְּלִים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נִשְׁלְחוּ לִרְאוֹת אֶת הָאָרֶץ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עֲנָבִים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פְּרִי שֶׁהֵבִיאוּ מֵהָאָרֶץ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אֶרֶץ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אֶרֶץ יִשְׂרָאֵל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3F0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כַּמָּה מְרַגְּלִים נִשְׁלְחוּ?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שְׁנֵים עָשָׂר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שִׁבְעָה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חֲמִשָּׁה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מִי אָמַר שֶׁנּוּכַל לַעֲלוֹת לָאָרֶץ?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כָּלֵב וִיהוֹשֻׁעַ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קֹרַח וְדָתָן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בִּלְעָם וּבָלָק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