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הַמְּרַגְּלִים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3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כַּמָּה מְרַגְּלִים נִשְׁלְחוּ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בִּטַּח בָּה'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כְּנָעַן ← חָזָק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מְרַגְּלִים – נִשְׁלְחוּ לִרְאוֹת אֶת הָאָרֶץ ; עֲנָבִים – פְּרִי שֶׁהֵבִיאוּ מֵהָאָרֶץ ; אֶרֶץ – אֶרֶץ יִשְׂרָאֵל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שְׁנֵים עָשָׂר, 2. כָּלֵב וִיהוֹשֻׁעַ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