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בְּמִדְבַּר • פְּרָקִים א-לו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קֹרַח וַעֲדָתוֹ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4 • בְּמִדְבַּר פְּרָקִים טז-יז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קֹרַח רָב עִם מֹשֶׁה וְאַהֲרֹן. ה' הֶחֱזִיק אֶת מֹשֶׁה, וּמַטֵּה אַהֲרֹן פָּרַח כְּאוֹת.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אַהֲרֹן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דָּוִד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נֹחַ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וַיִּקָּהֲלוּ עַל־מֹשֶׁה וְעַל־____________,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וַיֹּאמְרוּ אֲלֵהֶם: "רַב־לָכֶם!"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(בְּמִדְבַּר טז, ג)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8A6D1D" w:space="0"/>
                <w:left w:val="single" w:sz="6" w:color="8A6D1D" w:space="0"/>
                <w:bottom w:val="single" w:sz="6" w:color="8A6D1D" w:space="0"/>
                <w:right w:val="single" w:sz="6" w:color="8A6D1D" w:space="0"/>
                <w:insideH w:val="single" w:sz="6" w:color="8A6D1D" w:space="0"/>
                <w:insideV w:val="single" w:sz="6" w:color="8A6D1D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מַחֲלֹקֶת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רִיב וּמָרִי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מַטֶּה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מַקֵּל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פָּרַח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צָמַח פְּרָחִים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קֹרַח רָב עִם מֹשֶׁה וְאַהֲרֹן.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קֹרַח אָהַב אֶת מֹשֶׁה מְאֹד.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מַטֵּה אַהֲרֹן פָּרַח כְּאוֹת מֵה'.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