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קֹרַח וַעֲדָתוֹ</w:t>
      </w:r>
    </w:p>
    <w:tbl>
      <w:tblPr>
        <w:bidiVisual/>
        <w:tblW w:type="auto" w:w="0"/>
        <w:jc w:val="right"/>
        <w:tblBorders>
          <w:top w:val="single" w:sz="4" w:color="8A6D1D" w:space="0"/>
          <w:left w:val="single" w:sz="4" w:color="8A6D1D" w:space="0"/>
          <w:bottom w:val="single" w:sz="4" w:color="8A6D1D" w:space="0"/>
          <w:right w:val="single" w:sz="4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8A6D1D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4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עִם מִי רָב קֹרַח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קָרָה לְמַטֵּה אַהֲרֹן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מַבְחִין בֵּין נָכוֹן לְלֹא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אַהֲרֹן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מַחֲלֹקֶת – רִיב וּמָרִי ; מַטֶּה – מַקֵּל ; פָּרַח – צָמַח פְּרָחִים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נָכוֹן/לֹא נָכוֹן: 1. נָכוֹן, 2. לֹא נָכוֹן, 3. נָכוֹן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