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מֵי מְרִיבָה – הַכָּאַת הַסֶּלַע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5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יָצָא מִן הַסֶּלַע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צִוָּה ה' וּמָה עָשָׂה מֹשֶׁה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פַּעֲמָיִם ← מַיִם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סֶלַע – אֶבֶן גְּדוֹלָה ; מַטֶּה – מַקֵּל שֶׁל מֹשֶׁה ; מְרִיבָה – רִיב וְתַלּוּנָה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מַיִם, 2. לְדַבֵּר אֶל הַסֶּלַע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