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א' • פְּרָקִים א-לא • כִּתָּה ה'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יְהוֹנָתָן בְּקַרְב מִכְמָשׂ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10 • שְׁמוּאֵל א' פֶּרֶק י"ד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יְהוֹנָתָן וּנֹשֵׂא כֵלָיו עָלוּ עַל מַצַּב הַפְּלִשְׁתִּים בְּאֵמוּנָה בָּה', וְה' הוֹשִׁיעַ אֶת יִשְׂרָאֵל.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רַב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מְעָט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חֹשֶׁךְ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"כִּי אֵין לַה' מַעְצוֹר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לְהוֹשִׁיעַ בְּ____________ אוֹ בִ____________."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א' יד, ו)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8A6D1D" w:space="0"/>
                <w:left w:val="single" w:sz="6" w:color="8A6D1D" w:space="0"/>
                <w:bottom w:val="single" w:sz="6" w:color="8A6D1D" w:space="0"/>
                <w:right w:val="single" w:sz="6" w:color="8A6D1D" w:space="0"/>
                <w:insideH w:val="single" w:sz="6" w:color="8A6D1D" w:space="0"/>
                <w:insideV w:val="single" w:sz="6" w:color="8A6D1D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נֹשֵׂא כֵלִים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נַעַר הָעוֹזֵר בַּמִּלְחָמָה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מַצָּב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מַחֲנֶה שֶׁל אוֹיְבִים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אֵמוּנָה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בִּטָּחוֹן בָּה'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יְהוֹנָתָן בָּטַח בָּה'.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יְהוֹנָתָן פָּחַד לָלֶכֶת לַמַּצָּב.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הוֹשִׁיעַ בְּיַד יְהוֹנָתָן.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