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יְהוֹנָתָן בְּקַרְב מִכְמָשׂ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10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בְּמִי בָּטַח יְהוֹנָתָן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הָלַךְ עִם יְהוֹנָתָן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רַב ← מְעָט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נֹשֵׂא כֵלִים – נַעַר הָעוֹזֵר בַּמִּלְחָמָה ; מַצָּב – מַחֲנֶה שֶׁל אוֹיְבִים ; אֵמוּנָה – בִּטָּחוֹן בָּה'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