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דָּוִד וְגָלְיָת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בַּמָּה לָחַם דָּוִד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בְּשֵׁם מִי נִלְחַם דָּוִד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יְהוֹשִׁיעַ ← מִצְחוֹ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קֶלַע – כְּלִי לְזִרְקַת אֲבָנִים ; עֲנָק – אָדָם עֲנָקִי וְחָזָק ; חֵרֵף – הֵצִיק וּבִזֵּה בְּדִבּוּרִים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בְּקֶלַע וְאֶבֶן, 2. בְּשֵׁם ה'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