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א' • פְּרָקִים א-לא • כִּתָּה ה'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בְּרִית יְהוֹנָתָן וְדָוִד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12 • שְׁמוּאֵל א' פֶּרֶק כ'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יְהוֹנָתָן וְדָוִד הָיוּ יְדִידִים נֶאֱמָנִים. הֵם כָּרְתוּ בְּרִית וְנִשְׁבְּעוּ זֶה לָזֶה בְּשֵׁם ה'.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2EAE2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אַהֲבָתוֹ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שָׁלוֹם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מִלְחָמָה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וַיּוֹסֶף יְהוֹנָתָן לְהַשְׁבִּיעַ אֶת־דָּוִד בְּ____________ אֹתוֹ.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"לֵךְ לְ____________; ה' יִהְיֶה בֵּינִי וּבֵינֶךָ."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א' כ, יז; כ, מב)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2EAE2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6E4828" w:space="0"/>
                <w:left w:val="single" w:sz="6" w:color="6E4828" w:space="0"/>
                <w:bottom w:val="single" w:sz="6" w:color="6E4828" w:space="0"/>
                <w:right w:val="single" w:sz="6" w:color="6E4828" w:space="0"/>
                <w:insideH w:val="single" w:sz="6" w:color="6E4828" w:space="0"/>
                <w:insideV w:val="single" w:sz="6" w:color="6E4828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בְּרִית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הַבְטָחָה מֻחְזֶקֶת בֵּין שְׁנַיִם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יָדִיד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חָבֵר טוֹב וְנֶאֱמָן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שָׁלוֹם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בְּרָכַת פְּרֵידָה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2EAE2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יְהוֹנָתָן אָהַב אֶת דָּוִד כְּנַפְשׁוֹ.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יְהוֹנָתָן וְדָוִד רִיבוּ תָּמִיד.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יְהוֹנָתָן וְדָוִד כָּרְתוּ בְּרִית.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