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סֵפֶר שְׁמוּאֵל א' • פְּרָקִים א-לא • כִּתָּה ה'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תְּפִלַּת חַנָּה</w:t>
      </w:r>
    </w:p>
    <w:tbl>
      <w:tblPr>
        <w:bidiVisual/>
        <w:tblW w:type="auto" w:w="0"/>
        <w:jc w:val="right"/>
        <w:tblBorders>
          <w:top w:val="single" w:sz="4" w:color="2E74B5" w:space="0"/>
          <w:left w:val="single" w:sz="4" w:color="2E74B5" w:space="0"/>
          <w:bottom w:val="single" w:sz="4" w:color="2E74B5" w:space="0"/>
          <w:right w:val="single" w:sz="4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2E74B5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7 • שְׁמוּאֵל א' פֶּרֶק א'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חַנָּה הִתְפַּלְּלָה לָה' בְּשִׁילֹה וּבִקְּשָׁה בֵּן. ה' נָתַן לָהּ אֶת שְׁמוּאֵל.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שְׁמוּאֵל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שְׁאִלְתִּיו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מֹשֶׁה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וַתַּהַר חַנָּה וַתֵּלֶד בֵּן,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וַתִּקְרָא אֶת־שְׁמוֹ ____________, כִּי מֵה' ____________.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(שְׁמוּאֵל א' א, כ)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2E74B5" w:space="0"/>
                <w:left w:val="single" w:sz="6" w:color="2E74B5" w:space="0"/>
                <w:bottom w:val="single" w:sz="6" w:color="2E74B5" w:space="0"/>
                <w:right w:val="single" w:sz="6" w:color="2E74B5" w:space="0"/>
                <w:insideH w:val="single" w:sz="6" w:color="2E74B5" w:space="0"/>
                <w:insideV w:val="single" w:sz="6" w:color="2E74B5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תְּפִלָּה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דִּבּוּר אֶל ה'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נֶדֶר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הַבְטָחָה לָה'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שִׁילֹה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מְקוֹם הַמִּשְׁכָּן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אֵיפֹה הִתְפַּלְּלָה חַנָּה?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בְּשִׁילֹה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בַּמִּדְבָּר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בַּיָּם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מָה בִּקְּשָׁה חַנָּה מֵה'?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בֵּן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כֶּסֶף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סוּס      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