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פְּרָקִים א-לא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קְרִיאַת שְׁמוּאֵל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8 • שְׁמוּאֵל א' פֶּרֶק ג'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קָרָא לִשְׁמוּאֵל בַּלַּיְלָה. עֵלִי לִמַּד אוֹתוֹ לַעֲנוֹת: "דַּבֵּר ה', כִּי שֹׁמֵעַ עַבְדֶּךָ."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הִנֵּנִי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שֹׁמֵעַ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רוֹקֵד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וַיִּקְרָא ה' אֶל־שְׁמוּאֵל, וַיֹּאמֶר: "____________!"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"דַּבֵּר ה', כִּי ____________ עַבְדֶּךָ."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ג, ד; ג, ט)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C55A11" w:space="0"/>
                <w:left w:val="single" w:sz="6" w:color="C55A11" w:space="0"/>
                <w:bottom w:val="single" w:sz="6" w:color="C55A11" w:space="0"/>
                <w:right w:val="single" w:sz="6" w:color="C55A11" w:space="0"/>
                <w:insideH w:val="single" w:sz="6" w:color="C55A11" w:space="0"/>
                <w:insideV w:val="single" w:sz="6" w:color="C55A11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נָבִיא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שׁוֹמֵעַ אֶת דְּבַר ה' וּמַעֲבִיר לָעָם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קוֹל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שׁוֹמְעִים אוֹתוֹ בָּאֹזֶן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עֵלִי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הַכֹּהֵן שֶׁגִּדֵּל אֶת שְׁמוּאֵל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קָרָא לִשְׁמוּאֵל בַּלַּיְלָה.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שְׁמוּאֵל הֵבִין מִיָּד מִי קוֹרֵא לוֹ.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עֵלִי לִמַּד אֶת שְׁמוּאֵל מָה לַעֲנוֹת.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